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B79" w:rsidRPr="00897B79" w:rsidRDefault="00897B79" w:rsidP="00897B79">
      <w:pPr>
        <w:pStyle w:val="Altyaz"/>
        <w:pBdr>
          <w:bottom w:val="single" w:sz="8" w:space="1" w:color="auto"/>
        </w:pBdr>
        <w:jc w:val="center"/>
        <w:rPr>
          <w:rFonts w:ascii="Times New Roman" w:hAnsi="Times New Roman" w:cs="Times New Roman"/>
          <w:b/>
          <w:i w:val="0"/>
          <w:color w:val="auto"/>
        </w:rPr>
      </w:pPr>
      <w:r w:rsidRPr="00897B79">
        <w:rPr>
          <w:rFonts w:ascii="Times New Roman" w:hAnsi="Times New Roman" w:cs="Times New Roman"/>
          <w:b/>
          <w:i w:val="0"/>
          <w:color w:val="auto"/>
          <w:lang w:val="de-DE"/>
        </w:rPr>
        <w:t>Beispieltitel eines wissenschaftlichen Buchbeitrags</w:t>
      </w:r>
    </w:p>
    <w:p w:rsidR="00415411" w:rsidRPr="00897B79" w:rsidRDefault="00B84054">
      <w:pPr>
        <w:pStyle w:val="Altyaz"/>
        <w:jc w:val="center"/>
        <w:rPr>
          <w:rFonts w:ascii="Times New Roman" w:hAnsi="Times New Roman" w:cs="Times New Roman"/>
          <w:color w:val="auto"/>
        </w:rPr>
      </w:pPr>
      <w:r w:rsidRPr="00897B79">
        <w:rPr>
          <w:rFonts w:ascii="Times New Roman" w:hAnsi="Times New Roman" w:cs="Times New Roman"/>
          <w:color w:val="auto"/>
        </w:rPr>
        <w:t>Example Title of an Academic Book Chapter</w:t>
      </w:r>
    </w:p>
    <w:p w:rsidR="00415411" w:rsidRPr="00897B79" w:rsidRDefault="00B84054">
      <w:pPr>
        <w:pStyle w:val="Meta"/>
        <w:rPr>
          <w:rFonts w:ascii="Times New Roman" w:hAnsi="Times New Roman" w:cs="Times New Roman"/>
          <w:lang w:val="de-DE"/>
        </w:rPr>
      </w:pPr>
      <w:r w:rsidRPr="00897B79">
        <w:rPr>
          <w:rFonts w:ascii="Times New Roman" w:hAnsi="Times New Roman" w:cs="Times New Roman"/>
          <w:b/>
          <w:lang w:val="de-DE"/>
        </w:rPr>
        <w:t>Vorname Nachname¹ · Vorname Nachname²</w:t>
      </w:r>
    </w:p>
    <w:p w:rsidR="00415411" w:rsidRPr="00897B79" w:rsidRDefault="00B84054">
      <w:pPr>
        <w:pStyle w:val="Meta"/>
        <w:rPr>
          <w:rFonts w:ascii="Times New Roman" w:hAnsi="Times New Roman" w:cs="Times New Roman"/>
          <w:lang w:val="de-DE"/>
        </w:rPr>
      </w:pPr>
      <w:r w:rsidRPr="00897B79">
        <w:rPr>
          <w:rFonts w:ascii="Times New Roman" w:hAnsi="Times New Roman" w:cs="Times New Roman"/>
          <w:sz w:val="18"/>
          <w:lang w:val="de-DE"/>
        </w:rPr>
        <w:t xml:space="preserve">¹ Universität / Institution, Fachbereich, Stadt, Land · E-Mail: name@institution.de · </w:t>
      </w:r>
      <w:r w:rsidRPr="00897B79">
        <w:rPr>
          <w:rFonts w:ascii="Times New Roman" w:hAnsi="Times New Roman" w:cs="Times New Roman"/>
          <w:sz w:val="18"/>
          <w:lang w:val="de-DE"/>
        </w:rPr>
        <w:t>ORCID: 0000-0000-0000-0000</w:t>
      </w:r>
      <w:r w:rsidRPr="00897B79">
        <w:rPr>
          <w:rFonts w:ascii="Times New Roman" w:hAnsi="Times New Roman" w:cs="Times New Roman"/>
          <w:sz w:val="18"/>
          <w:lang w:val="de-DE"/>
        </w:rPr>
        <w:br/>
        <w:t>² Universität / Institution, Fachbereich, Stadt, Land · E-Mail: name@institution.de · ORCID: 0000-0000-0000-0000</w:t>
      </w:r>
    </w:p>
    <w:p w:rsidR="00415411" w:rsidRPr="00897B79" w:rsidRDefault="00B84054">
      <w:pPr>
        <w:pStyle w:val="AbstractLabel"/>
        <w:rPr>
          <w:rFonts w:ascii="Times New Roman" w:hAnsi="Times New Roman" w:cs="Times New Roman"/>
        </w:rPr>
      </w:pPr>
      <w:proofErr w:type="spellStart"/>
      <w:r w:rsidRPr="00897B79">
        <w:rPr>
          <w:rFonts w:ascii="Times New Roman" w:hAnsi="Times New Roman" w:cs="Times New Roman"/>
        </w:rPr>
        <w:t>Zusammenfassung</w:t>
      </w:r>
      <w:bookmarkStart w:id="0" w:name="_GoBack"/>
      <w:bookmarkEnd w:id="0"/>
      <w:proofErr w:type="spellEnd"/>
    </w:p>
    <w:p w:rsidR="00415411" w:rsidRPr="00897B79" w:rsidRDefault="00B84054">
      <w:pPr>
        <w:rPr>
          <w:rFonts w:ascii="Times New Roman" w:hAnsi="Times New Roman" w:cs="Times New Roman"/>
        </w:rPr>
      </w:pPr>
      <w:r w:rsidRPr="00897B79">
        <w:rPr>
          <w:rFonts w:ascii="Times New Roman" w:hAnsi="Times New Roman" w:cs="Times New Roman"/>
        </w:rPr>
        <w:t>Lorem ipsum dolor sit amet, consectetur adipiscing elit. Sed non risus. Suspendisse lectus tortor, d</w:t>
      </w:r>
      <w:r w:rsidRPr="00897B79">
        <w:rPr>
          <w:rFonts w:ascii="Times New Roman" w:hAnsi="Times New Roman" w:cs="Times New Roman"/>
        </w:rPr>
        <w:t>ignissim sit amet, adipiscing nec, ultricies sed, dolor. Cras elementum ultrices diam. Maecenas ligula massa, varius a, semper congue, euismod non, mi. Proin porttitor, orci nec nonummy molestie, enim est eleifend mi, non fermentum diam nisl sit amet erat.</w:t>
      </w:r>
      <w:r w:rsidRPr="00897B79">
        <w:rPr>
          <w:rFonts w:ascii="Times New Roman" w:hAnsi="Times New Roman" w:cs="Times New Roman"/>
        </w:rPr>
        <w:t xml:space="preserve"> Duis semper. Duis arcu massa, scelerisque vitae, consequat in, pretium a, enim. Pellentesque congue.</w:t>
      </w:r>
    </w:p>
    <w:p w:rsidR="00415411" w:rsidRPr="00897B79" w:rsidRDefault="00B84054">
      <w:pPr>
        <w:rPr>
          <w:rFonts w:ascii="Times New Roman" w:hAnsi="Times New Roman" w:cs="Times New Roman"/>
          <w:lang w:val="de-DE"/>
        </w:rPr>
      </w:pPr>
      <w:r w:rsidRPr="00897B79">
        <w:rPr>
          <w:rFonts w:ascii="Times New Roman" w:hAnsi="Times New Roman" w:cs="Times New Roman"/>
          <w:b/>
          <w:lang w:val="de-DE"/>
        </w:rPr>
        <w:t xml:space="preserve">Schlüsselwörter: </w:t>
      </w:r>
      <w:proofErr w:type="spellStart"/>
      <w:r w:rsidRPr="00897B79">
        <w:rPr>
          <w:rFonts w:ascii="Times New Roman" w:hAnsi="Times New Roman" w:cs="Times New Roman"/>
          <w:lang w:val="de-DE"/>
        </w:rPr>
        <w:t>Lorem</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ipsum</w:t>
      </w:r>
      <w:proofErr w:type="spellEnd"/>
      <w:r w:rsidR="00897B79">
        <w:rPr>
          <w:rFonts w:ascii="Times New Roman" w:hAnsi="Times New Roman" w:cs="Times New Roman"/>
          <w:lang w:val="de-DE"/>
        </w:rPr>
        <w:t xml:space="preserve">, </w:t>
      </w:r>
      <w:proofErr w:type="spellStart"/>
      <w:r w:rsidR="00897B79">
        <w:rPr>
          <w:rFonts w:ascii="Times New Roman" w:hAnsi="Times New Roman" w:cs="Times New Roman"/>
          <w:lang w:val="de-DE"/>
        </w:rPr>
        <w:t>d</w:t>
      </w:r>
      <w:r w:rsidRPr="00897B79">
        <w:rPr>
          <w:rFonts w:ascii="Times New Roman" w:hAnsi="Times New Roman" w:cs="Times New Roman"/>
          <w:lang w:val="de-DE"/>
        </w:rPr>
        <w:t>olor</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sit</w:t>
      </w:r>
      <w:proofErr w:type="spellEnd"/>
      <w:r w:rsidRPr="00897B79">
        <w:rPr>
          <w:rFonts w:ascii="Times New Roman" w:hAnsi="Times New Roman" w:cs="Times New Roman"/>
          <w:lang w:val="de-DE"/>
        </w:rPr>
        <w:t xml:space="preserve"> </w:t>
      </w:r>
      <w:proofErr w:type="spellStart"/>
      <w:proofErr w:type="gramStart"/>
      <w:r w:rsidRPr="00897B79">
        <w:rPr>
          <w:rFonts w:ascii="Times New Roman" w:hAnsi="Times New Roman" w:cs="Times New Roman"/>
          <w:lang w:val="de-DE"/>
        </w:rPr>
        <w:t>amet</w:t>
      </w:r>
      <w:proofErr w:type="spellEnd"/>
      <w:r w:rsidR="00897B79">
        <w:rPr>
          <w:rFonts w:ascii="Times New Roman" w:hAnsi="Times New Roman" w:cs="Times New Roman"/>
          <w:lang w:val="de-DE"/>
        </w:rPr>
        <w:t xml:space="preserve">, </w:t>
      </w:r>
      <w:r w:rsidRPr="00897B79">
        <w:rPr>
          <w:rFonts w:ascii="Times New Roman" w:hAnsi="Times New Roman" w:cs="Times New Roman"/>
          <w:lang w:val="de-DE"/>
        </w:rPr>
        <w:t xml:space="preserve"> </w:t>
      </w:r>
      <w:proofErr w:type="spellStart"/>
      <w:r w:rsidR="00897B79">
        <w:rPr>
          <w:rFonts w:ascii="Times New Roman" w:hAnsi="Times New Roman" w:cs="Times New Roman"/>
          <w:lang w:val="de-DE"/>
        </w:rPr>
        <w:t>c</w:t>
      </w:r>
      <w:r w:rsidRPr="00897B79">
        <w:rPr>
          <w:rFonts w:ascii="Times New Roman" w:hAnsi="Times New Roman" w:cs="Times New Roman"/>
          <w:lang w:val="de-DE"/>
        </w:rPr>
        <w:t>onsectetur</w:t>
      </w:r>
      <w:proofErr w:type="spellEnd"/>
      <w:proofErr w:type="gramEnd"/>
      <w:r w:rsidR="00897B79">
        <w:rPr>
          <w:rFonts w:ascii="Times New Roman" w:hAnsi="Times New Roman" w:cs="Times New Roman"/>
          <w:lang w:val="de-DE"/>
        </w:rPr>
        <w:t xml:space="preserve">, </w:t>
      </w:r>
      <w:proofErr w:type="spellStart"/>
      <w:r w:rsidR="00897B79">
        <w:rPr>
          <w:rFonts w:ascii="Times New Roman" w:hAnsi="Times New Roman" w:cs="Times New Roman"/>
          <w:lang w:val="de-DE"/>
        </w:rPr>
        <w:t>a</w:t>
      </w:r>
      <w:r w:rsidRPr="00897B79">
        <w:rPr>
          <w:rFonts w:ascii="Times New Roman" w:hAnsi="Times New Roman" w:cs="Times New Roman"/>
          <w:lang w:val="de-DE"/>
        </w:rPr>
        <w:t>dipiscing</w:t>
      </w:r>
      <w:proofErr w:type="spellEnd"/>
      <w:r w:rsidR="00897B79">
        <w:rPr>
          <w:rFonts w:ascii="Times New Roman" w:hAnsi="Times New Roman" w:cs="Times New Roman"/>
          <w:lang w:val="de-DE"/>
        </w:rPr>
        <w:t xml:space="preserve">, </w:t>
      </w:r>
      <w:proofErr w:type="spellStart"/>
      <w:r w:rsidR="00897B79">
        <w:rPr>
          <w:rFonts w:ascii="Times New Roman" w:hAnsi="Times New Roman" w:cs="Times New Roman"/>
          <w:lang w:val="de-DE"/>
        </w:rPr>
        <w:t>v</w:t>
      </w:r>
      <w:r w:rsidRPr="00897B79">
        <w:rPr>
          <w:rFonts w:ascii="Times New Roman" w:hAnsi="Times New Roman" w:cs="Times New Roman"/>
          <w:lang w:val="de-DE"/>
        </w:rPr>
        <w:t>ermittlung</w:t>
      </w:r>
      <w:proofErr w:type="spellEnd"/>
    </w:p>
    <w:p w:rsidR="00415411" w:rsidRPr="00897B79" w:rsidRDefault="00B84054">
      <w:pPr>
        <w:pStyle w:val="AbstractLabel"/>
        <w:rPr>
          <w:rFonts w:ascii="Times New Roman" w:hAnsi="Times New Roman" w:cs="Times New Roman"/>
        </w:rPr>
      </w:pPr>
      <w:r w:rsidRPr="00897B79">
        <w:rPr>
          <w:rFonts w:ascii="Times New Roman" w:hAnsi="Times New Roman" w:cs="Times New Roman"/>
        </w:rPr>
        <w:t>Abstract</w:t>
      </w:r>
    </w:p>
    <w:p w:rsidR="00415411" w:rsidRPr="00897B79" w:rsidRDefault="00B84054">
      <w:pPr>
        <w:rPr>
          <w:rFonts w:ascii="Times New Roman" w:hAnsi="Times New Roman" w:cs="Times New Roman"/>
        </w:rPr>
      </w:pPr>
      <w:r w:rsidRPr="00897B79">
        <w:rPr>
          <w:rFonts w:ascii="Times New Roman" w:hAnsi="Times New Roman" w:cs="Times New Roman"/>
        </w:rPr>
        <w:t>Praesent dapibus, neque id cursus faucibus, tortor neque e</w:t>
      </w:r>
      <w:r w:rsidRPr="00897B79">
        <w:rPr>
          <w:rFonts w:ascii="Times New Roman" w:hAnsi="Times New Roman" w:cs="Times New Roman"/>
        </w:rPr>
        <w:t>gestas augue, eu vulputate magna eros eu erat. Aliquam erat volutpat. Nam dui mi, tincidunt quis, accumsan porttitor, facilisis luctus, metus. Phasellus ultrices nulla quis nibh. Quisque a lectus. Donec consectetuer ligula vulputate sem tristique cursus. N</w:t>
      </w:r>
      <w:r w:rsidRPr="00897B79">
        <w:rPr>
          <w:rFonts w:ascii="Times New Roman" w:hAnsi="Times New Roman" w:cs="Times New Roman"/>
        </w:rPr>
        <w:t>am nulla quam, gravida non, commodo a, sodales sit amet, nisi.</w:t>
      </w:r>
    </w:p>
    <w:p w:rsidR="00415411" w:rsidRPr="00897B79" w:rsidRDefault="00B84054">
      <w:pPr>
        <w:rPr>
          <w:rFonts w:ascii="Times New Roman" w:hAnsi="Times New Roman" w:cs="Times New Roman"/>
        </w:rPr>
      </w:pPr>
      <w:r w:rsidRPr="00897B79">
        <w:rPr>
          <w:rFonts w:ascii="Times New Roman" w:hAnsi="Times New Roman" w:cs="Times New Roman"/>
          <w:b/>
        </w:rPr>
        <w:t xml:space="preserve">Keywords: </w:t>
      </w:r>
      <w:r w:rsidRPr="00897B79">
        <w:rPr>
          <w:rFonts w:ascii="Times New Roman" w:hAnsi="Times New Roman" w:cs="Times New Roman"/>
        </w:rPr>
        <w:t>Lorem ipsum</w:t>
      </w:r>
      <w:r w:rsidR="00897B79">
        <w:rPr>
          <w:rFonts w:ascii="Times New Roman" w:hAnsi="Times New Roman" w:cs="Times New Roman"/>
        </w:rPr>
        <w:t xml:space="preserve">, </w:t>
      </w:r>
      <w:r w:rsidR="00897B79" w:rsidRPr="00897B79">
        <w:rPr>
          <w:rFonts w:ascii="Times New Roman" w:hAnsi="Times New Roman" w:cs="Times New Roman"/>
        </w:rPr>
        <w:t xml:space="preserve">dolor sit </w:t>
      </w:r>
      <w:proofErr w:type="spellStart"/>
      <w:proofErr w:type="gramStart"/>
      <w:r w:rsidR="00897B79" w:rsidRPr="00897B79">
        <w:rPr>
          <w:rFonts w:ascii="Times New Roman" w:hAnsi="Times New Roman" w:cs="Times New Roman"/>
        </w:rPr>
        <w:t>amet</w:t>
      </w:r>
      <w:proofErr w:type="spellEnd"/>
      <w:r w:rsidR="00897B79" w:rsidRPr="00897B79">
        <w:rPr>
          <w:rFonts w:ascii="Times New Roman" w:hAnsi="Times New Roman" w:cs="Times New Roman"/>
        </w:rPr>
        <w:t xml:space="preserve">,  </w:t>
      </w:r>
      <w:proofErr w:type="spellStart"/>
      <w:r w:rsidR="00897B79" w:rsidRPr="00897B79">
        <w:rPr>
          <w:rFonts w:ascii="Times New Roman" w:hAnsi="Times New Roman" w:cs="Times New Roman"/>
        </w:rPr>
        <w:t>consectetur</w:t>
      </w:r>
      <w:proofErr w:type="spellEnd"/>
      <w:proofErr w:type="gramEnd"/>
      <w:r w:rsidR="00897B79" w:rsidRPr="00897B79">
        <w:rPr>
          <w:rFonts w:ascii="Times New Roman" w:hAnsi="Times New Roman" w:cs="Times New Roman"/>
        </w:rPr>
        <w:t xml:space="preserve">, </w:t>
      </w:r>
      <w:proofErr w:type="spellStart"/>
      <w:r w:rsidR="00897B79" w:rsidRPr="00897B79">
        <w:rPr>
          <w:rFonts w:ascii="Times New Roman" w:hAnsi="Times New Roman" w:cs="Times New Roman"/>
        </w:rPr>
        <w:t>adipiscing</w:t>
      </w:r>
      <w:proofErr w:type="spellEnd"/>
      <w:r w:rsidR="00897B79">
        <w:rPr>
          <w:rFonts w:ascii="Times New Roman" w:hAnsi="Times New Roman" w:cs="Times New Roman"/>
        </w:rPr>
        <w:t>, l</w:t>
      </w:r>
      <w:r w:rsidRPr="00897B79">
        <w:rPr>
          <w:rFonts w:ascii="Times New Roman" w:hAnsi="Times New Roman" w:cs="Times New Roman"/>
        </w:rPr>
        <w:t>earning</w:t>
      </w:r>
    </w:p>
    <w:p w:rsidR="00415411" w:rsidRPr="00897B79" w:rsidRDefault="00B84054">
      <w:pPr>
        <w:pStyle w:val="Balk1"/>
        <w:rPr>
          <w:rFonts w:ascii="Times New Roman" w:hAnsi="Times New Roman" w:cs="Times New Roman"/>
          <w:color w:val="auto"/>
        </w:rPr>
      </w:pPr>
      <w:r w:rsidRPr="00897B79">
        <w:rPr>
          <w:rFonts w:ascii="Times New Roman" w:hAnsi="Times New Roman" w:cs="Times New Roman"/>
          <w:color w:val="auto"/>
        </w:rPr>
        <w:t>1. Einleitung</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 Sed non risus. Suspendisse le</w:t>
      </w:r>
      <w:r w:rsidRPr="00897B79">
        <w:rPr>
          <w:rFonts w:ascii="Times New Roman" w:hAnsi="Times New Roman" w:cs="Times New Roman"/>
        </w:rPr>
        <w:t xml:space="preserve">ctus tortor, dignissim sit amet, adipiscing nec, ultricies sed, dolor. Cras elementum ultrices diam. Maecenas ligula massa, varius a, semper congue, euismod non, mi. Proin porttitor, orci nec nonummy molestie, enim est eleifend mi, non fermentum diam nisl </w:t>
      </w:r>
      <w:r w:rsidRPr="00897B79">
        <w:rPr>
          <w:rFonts w:ascii="Times New Roman" w:hAnsi="Times New Roman" w:cs="Times New Roman"/>
        </w:rPr>
        <w:t>sit amet erat. Duis semper. Duis arcu massa, scelerisque vitae, consequat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Praesent dapibus, neque id cursus faucibus, tortor neque egestas augue, eu vulputate magna eros eu erat. Aliquam erat volutpat. Nam dui mi, </w:t>
      </w:r>
      <w:r w:rsidRPr="00897B79">
        <w:rPr>
          <w:rFonts w:ascii="Times New Roman" w:hAnsi="Times New Roman" w:cs="Times New Roman"/>
        </w:rPr>
        <w:t>tincidunt quis, accumsan porttitor, facilisis luctus, metus. Phasellus ultrices nulla quis nibh. Quisque a lectus. Donec consectetuer ligula vulputate sem tristique cursus. Nam nulla quam, gravida non, commodo a, sodales sit amet, nisi.</w:t>
      </w:r>
    </w:p>
    <w:p w:rsidR="00415411" w:rsidRPr="00897B79" w:rsidRDefault="00B84054">
      <w:pPr>
        <w:pStyle w:val="Balk1"/>
        <w:rPr>
          <w:rFonts w:ascii="Times New Roman" w:hAnsi="Times New Roman" w:cs="Times New Roman"/>
          <w:color w:val="auto"/>
          <w:lang w:val="de-DE"/>
        </w:rPr>
      </w:pPr>
      <w:r w:rsidRPr="00897B79">
        <w:rPr>
          <w:rFonts w:ascii="Times New Roman" w:hAnsi="Times New Roman" w:cs="Times New Roman"/>
          <w:color w:val="auto"/>
          <w:lang w:val="de-DE"/>
        </w:rPr>
        <w:t>2. Theoretischer Ra</w:t>
      </w:r>
      <w:r w:rsidRPr="00897B79">
        <w:rPr>
          <w:rFonts w:ascii="Times New Roman" w:hAnsi="Times New Roman" w:cs="Times New Roman"/>
          <w:color w:val="auto"/>
          <w:lang w:val="de-DE"/>
        </w:rPr>
        <w:t>hmen und Forschungsstand</w:t>
      </w:r>
    </w:p>
    <w:p w:rsidR="00415411" w:rsidRPr="00897B79" w:rsidRDefault="00B84054">
      <w:pPr>
        <w:ind w:firstLine="425"/>
        <w:rPr>
          <w:rFonts w:ascii="Times New Roman" w:hAnsi="Times New Roman" w:cs="Times New Roman"/>
        </w:rPr>
      </w:pPr>
      <w:proofErr w:type="spellStart"/>
      <w:r w:rsidRPr="00897B79">
        <w:rPr>
          <w:rFonts w:ascii="Times New Roman" w:hAnsi="Times New Roman" w:cs="Times New Roman"/>
          <w:lang w:val="de-DE"/>
        </w:rPr>
        <w:t>Praesent</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dapibus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neque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id</w:t>
      </w:r>
      <w:proofErr w:type="spellEnd"/>
      <w:r w:rsidRPr="00897B79">
        <w:rPr>
          <w:rFonts w:ascii="Times New Roman" w:hAnsi="Times New Roman" w:cs="Times New Roman"/>
          <w:lang w:val="de-DE"/>
        </w:rPr>
        <w:t xml:space="preserve"> cursus </w:t>
      </w:r>
      <w:proofErr w:type="spellStart"/>
      <w:r w:rsidRPr="00897B79">
        <w:rPr>
          <w:rFonts w:ascii="Times New Roman" w:hAnsi="Times New Roman" w:cs="Times New Roman"/>
          <w:lang w:val="de-DE"/>
        </w:rPr>
        <w:t>faucibus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tortor</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neque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egestas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augue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eu</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vulputate</w:t>
      </w:r>
      <w:proofErr w:type="spellEnd"/>
      <w:r w:rsidRPr="00897B79">
        <w:rPr>
          <w:rFonts w:ascii="Times New Roman" w:hAnsi="Times New Roman" w:cs="Times New Roman"/>
          <w:lang w:val="de-DE"/>
        </w:rPr>
        <w:t xml:space="preserve"> magna </w:t>
      </w:r>
      <w:proofErr w:type="spellStart"/>
      <w:r w:rsidRPr="00897B79">
        <w:rPr>
          <w:rFonts w:ascii="Times New Roman" w:hAnsi="Times New Roman" w:cs="Times New Roman"/>
          <w:lang w:val="de-DE"/>
        </w:rPr>
        <w:t>eros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eu</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erat</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rPr>
        <w:t>Aliquam</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erat</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volutpat</w:t>
      </w:r>
      <w:proofErr w:type="spellEnd"/>
      <w:r w:rsidRPr="00897B79">
        <w:rPr>
          <w:rFonts w:ascii="Times New Roman" w:hAnsi="Times New Roman" w:cs="Times New Roman"/>
        </w:rPr>
        <w:t xml:space="preserve">. Nam dui mi, tincidunt quis, accumsan porttitor, facilisis luctus, metus. Phasellus ultrices nulla quis </w:t>
      </w:r>
      <w:r w:rsidRPr="00897B79">
        <w:rPr>
          <w:rFonts w:ascii="Times New Roman" w:hAnsi="Times New Roman" w:cs="Times New Roman"/>
        </w:rPr>
        <w:t>nibh. Quisque a lectus. Donec consectetuer ligula vulputate sem tristique cursus. Nam nulla quam, gravida non, commodo a, sodales sit amet, nisi.</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Pellentesque fermentum dolor. Aliquam quam lectus, facilisis auctor, ultrices ut, elementum vulputate, nunc. S</w:t>
      </w:r>
      <w:r w:rsidRPr="00897B79">
        <w:rPr>
          <w:rFonts w:ascii="Times New Roman" w:hAnsi="Times New Roman" w:cs="Times New Roman"/>
        </w:rPr>
        <w:t>ed adipiscing ornare risus. Morbi est est, blandit sit amet, sagittis vel, euismod vel, velit. Pellentesque egestas sem. Suspendisse commodo ullamcorper magna. Ut aliquam sollicitudin leo. Cras iaculis ultricies nulla. Donec quis dui at dolor tempor interd</w:t>
      </w:r>
      <w:r w:rsidRPr="00897B79">
        <w:rPr>
          <w:rFonts w:ascii="Times New Roman" w:hAnsi="Times New Roman" w:cs="Times New Roman"/>
        </w:rPr>
        <w:t>um.</w:t>
      </w:r>
    </w:p>
    <w:p w:rsidR="00415411" w:rsidRPr="00897B79" w:rsidRDefault="00B84054">
      <w:pPr>
        <w:ind w:firstLine="425"/>
        <w:rPr>
          <w:rFonts w:ascii="Times New Roman" w:hAnsi="Times New Roman" w:cs="Times New Roman"/>
        </w:rPr>
      </w:pPr>
      <w:r w:rsidRPr="00897B79">
        <w:rPr>
          <w:rFonts w:ascii="Times New Roman" w:hAnsi="Times New Roman" w:cs="Times New Roman"/>
        </w:rPr>
        <w:lastRenderedPageBreak/>
        <w:t xml:space="preserve">Lorem ipsum dolor sit amet, consectetur adipiscing elit. Sed non risus. Suspendisse lectus tortor, dignissim sit amet, adipiscing nec, ultricies sed, dolor. Cras elementum ultrices diam. Maecenas ligula massa, varius a, semper congue, euismod non, mi. </w:t>
      </w:r>
      <w:r w:rsidRPr="00897B79">
        <w:rPr>
          <w:rFonts w:ascii="Times New Roman" w:hAnsi="Times New Roman" w:cs="Times New Roman"/>
        </w:rPr>
        <w:t>Proin porttitor, orci nec nonummy molestie, enim est eleifend mi, non fermentum diam nisl sit amet erat. Duis semper. Duis arcu massa, scelerisque vitae, consequat in, pretium a, enim. Pellentesque congue.</w:t>
      </w:r>
    </w:p>
    <w:p w:rsidR="00415411" w:rsidRPr="00897B79" w:rsidRDefault="00B84054">
      <w:pPr>
        <w:pStyle w:val="Balk2"/>
        <w:rPr>
          <w:rFonts w:ascii="Times New Roman" w:hAnsi="Times New Roman" w:cs="Times New Roman"/>
          <w:color w:val="auto"/>
        </w:rPr>
      </w:pPr>
      <w:r w:rsidRPr="00897B79">
        <w:rPr>
          <w:rFonts w:ascii="Times New Roman" w:hAnsi="Times New Roman" w:cs="Times New Roman"/>
          <w:color w:val="auto"/>
        </w:rPr>
        <w:t>2.1 Zentrale Begriffe und Konzepte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Pellentesque fe</w:t>
      </w:r>
      <w:r w:rsidRPr="00897B79">
        <w:rPr>
          <w:rFonts w:ascii="Times New Roman" w:hAnsi="Times New Roman" w:cs="Times New Roman"/>
        </w:rPr>
        <w:t>rmentum dolor. Aliquam quam lectus, facilisis auctor, ultrices ut, elementum vulputate, nunc. Sed adipiscing ornare risus. Morbi est est, blandit sit amet, sagittis vel, euismod vel, velit. Pellentesque egestas sem. Suspendisse commodo ullamcorper magna. U</w:t>
      </w:r>
      <w:r w:rsidRPr="00897B79">
        <w:rPr>
          <w:rFonts w:ascii="Times New Roman" w:hAnsi="Times New Roman" w:cs="Times New Roman"/>
        </w:rPr>
        <w:t>t aliquam sollicitudin leo. Cras iaculis ultricies nulla. Donec quis dui at dolor tempor interdum.</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Praesent dapibus, neque id cursus faucibus, tortor neque egestas augue, eu vulputate magna eros eu erat. Aliquam erat volutpat. Nam dui mi, tincidunt quis, a</w:t>
      </w:r>
      <w:r w:rsidRPr="00897B79">
        <w:rPr>
          <w:rFonts w:ascii="Times New Roman" w:hAnsi="Times New Roman" w:cs="Times New Roman"/>
        </w:rPr>
        <w:t>ccumsan porttitor, facilisis luctus, metus. Phasellus ultrices nulla quis nibh. Quisque a lectus. Donec consectetuer ligula vulputate sem tristique cursus. Nam nulla quam, gravida non, commodo a, sodales sit amet, nisi.</w:t>
      </w:r>
    </w:p>
    <w:p w:rsidR="00415411" w:rsidRPr="00897B79" w:rsidRDefault="00B84054">
      <w:pPr>
        <w:pStyle w:val="Balk2"/>
        <w:rPr>
          <w:rFonts w:ascii="Times New Roman" w:hAnsi="Times New Roman" w:cs="Times New Roman"/>
          <w:color w:val="auto"/>
        </w:rPr>
      </w:pPr>
      <w:r w:rsidRPr="00897B79">
        <w:rPr>
          <w:rFonts w:ascii="Times New Roman" w:hAnsi="Times New Roman" w:cs="Times New Roman"/>
          <w:color w:val="auto"/>
        </w:rPr>
        <w:t>2.2 Forschungsstand</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w:t>
      </w:r>
      <w:r w:rsidRPr="00897B79">
        <w:rPr>
          <w:rFonts w:ascii="Times New Roman" w:hAnsi="Times New Roman" w:cs="Times New Roman"/>
        </w:rPr>
        <w:t>r sit amet, consectetur adipiscing elit. Sed non risus. Suspendisse lectus tortor, dignissim sit amet, adipiscing nec, ultricies sed, dolor. Cras elementum ultrices diam. Maecenas ligula massa, varius a, semper congue, euismod non, mi. Proin porttitor, orc</w:t>
      </w:r>
      <w:r w:rsidRPr="00897B79">
        <w:rPr>
          <w:rFonts w:ascii="Times New Roman" w:hAnsi="Times New Roman" w:cs="Times New Roman"/>
        </w:rPr>
        <w:t>i nec nonummy molestie, enim est eleifend mi, non fermentum diam nisl sit amet erat. Duis semper. Duis arcu massa, scelerisque vitae, consequat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Pellentesque fermentum dolor. Aliquam quam lectus, facilisis auctor, u</w:t>
      </w:r>
      <w:r w:rsidRPr="00897B79">
        <w:rPr>
          <w:rFonts w:ascii="Times New Roman" w:hAnsi="Times New Roman" w:cs="Times New Roman"/>
        </w:rPr>
        <w:t>ltrices ut, elementum vulputate, nunc. Sed adipiscing ornare risus. Morbi est est, blandit sit amet, sagittis vel, euismod vel, velit. Pellentesque egestas sem. Suspendisse commodo ullamcorper magna. Ut aliquam sollicitudin leo. Cras iaculis ultricies null</w:t>
      </w:r>
      <w:r w:rsidRPr="00897B79">
        <w:rPr>
          <w:rFonts w:ascii="Times New Roman" w:hAnsi="Times New Roman" w:cs="Times New Roman"/>
        </w:rPr>
        <w:t>a. Donec quis dui at dolor tempor interdum.</w:t>
      </w:r>
    </w:p>
    <w:p w:rsidR="00415411" w:rsidRPr="00897B79" w:rsidRDefault="00B84054">
      <w:pPr>
        <w:pStyle w:val="Balk1"/>
        <w:rPr>
          <w:rFonts w:ascii="Times New Roman" w:hAnsi="Times New Roman" w:cs="Times New Roman"/>
          <w:color w:val="auto"/>
        </w:rPr>
      </w:pPr>
      <w:r w:rsidRPr="00897B79">
        <w:rPr>
          <w:rFonts w:ascii="Times New Roman" w:hAnsi="Times New Roman" w:cs="Times New Roman"/>
          <w:color w:val="auto"/>
        </w:rPr>
        <w:t>3. Methode / Analytischer Zugang</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Praesent dapibus, neque id cursus faucibus, tortor neque egestas augue, eu vulputate magna eros eu erat. Aliquam erat volutpat. Nam dui mi, tincidunt quis, accumsan porttitor, </w:t>
      </w:r>
      <w:r w:rsidRPr="00897B79">
        <w:rPr>
          <w:rFonts w:ascii="Times New Roman" w:hAnsi="Times New Roman" w:cs="Times New Roman"/>
        </w:rPr>
        <w:t>facilisis luctus, metus. Phasellus ultrices nulla quis nibh. Quisque a lectus. Donec consectetuer ligula vulputate sem tristique cursus. Nam nulla quam, gravida non, commodo a, sodales sit amet, nisi.</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w:t>
      </w:r>
      <w:r w:rsidRPr="00897B79">
        <w:rPr>
          <w:rFonts w:ascii="Times New Roman" w:hAnsi="Times New Roman" w:cs="Times New Roman"/>
        </w:rPr>
        <w:t>. Sed non risus. Suspendisse lectus tortor, dignissim sit amet, adipiscing nec, ultricies sed, dolor. Cras elementum ultrices diam. Maecenas ligula massa, varius a, semper congue, euismod non, mi. Proin porttitor, orci nec nonummy molestie, enim est eleife</w:t>
      </w:r>
      <w:r w:rsidRPr="00897B79">
        <w:rPr>
          <w:rFonts w:ascii="Times New Roman" w:hAnsi="Times New Roman" w:cs="Times New Roman"/>
        </w:rPr>
        <w:t>nd mi, non fermentum diam nisl sit amet erat. Duis semper. Duis arcu massa, scelerisque vitae, consequat in, pretium a, enim. Pellentesque congue.</w:t>
      </w:r>
    </w:p>
    <w:p w:rsidR="00415411" w:rsidRPr="00897B79" w:rsidRDefault="00B84054">
      <w:pPr>
        <w:pStyle w:val="Balk2"/>
        <w:rPr>
          <w:rFonts w:ascii="Times New Roman" w:hAnsi="Times New Roman" w:cs="Times New Roman"/>
          <w:color w:val="auto"/>
        </w:rPr>
      </w:pPr>
      <w:r w:rsidRPr="00897B79">
        <w:rPr>
          <w:rFonts w:ascii="Times New Roman" w:hAnsi="Times New Roman" w:cs="Times New Roman"/>
          <w:color w:val="auto"/>
        </w:rPr>
        <w:t>3.1 Daten und Material</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Pellentesque fermentum dolor. Aliquam quam lectus, facilisis auctor, ultrices ut, elem</w:t>
      </w:r>
      <w:r w:rsidRPr="00897B79">
        <w:rPr>
          <w:rFonts w:ascii="Times New Roman" w:hAnsi="Times New Roman" w:cs="Times New Roman"/>
        </w:rPr>
        <w:t>entum vulputate, nunc. Sed adipiscing ornare risus. Morbi est est, blandit sit amet, sagittis vel, euismod vel, velit. Pellentesque egestas sem. Suspendisse commodo ullamcorper magna. Ut aliquam sollicitudin leo. Cras iaculis ultricies nulla. Donec quis du</w:t>
      </w:r>
      <w:r w:rsidRPr="00897B79">
        <w:rPr>
          <w:rFonts w:ascii="Times New Roman" w:hAnsi="Times New Roman" w:cs="Times New Roman"/>
        </w:rPr>
        <w:t>i at dolor tempor interdum.</w:t>
      </w:r>
    </w:p>
    <w:p w:rsidR="00415411" w:rsidRPr="00897B79" w:rsidRDefault="00B84054">
      <w:pPr>
        <w:ind w:firstLine="425"/>
        <w:rPr>
          <w:rFonts w:ascii="Times New Roman" w:hAnsi="Times New Roman" w:cs="Times New Roman"/>
        </w:rPr>
      </w:pPr>
      <w:r w:rsidRPr="00897B79">
        <w:rPr>
          <w:rFonts w:ascii="Times New Roman" w:hAnsi="Times New Roman" w:cs="Times New Roman"/>
        </w:rPr>
        <w:lastRenderedPageBreak/>
        <w:t>Praesent dapibus, neque id cursus faucibus, tortor neque egestas augue, eu vulputate magna eros eu erat. Aliquam erat volutpat. Nam dui mi, tincidunt quis, accumsan porttitor, facilisis luctus, metus. Phasellus ultrices nulla qu</w:t>
      </w:r>
      <w:r w:rsidRPr="00897B79">
        <w:rPr>
          <w:rFonts w:ascii="Times New Roman" w:hAnsi="Times New Roman" w:cs="Times New Roman"/>
        </w:rPr>
        <w:t>is nibh. Quisque a lectus. Donec consectetuer ligula vulputate sem tristique cursus. Nam nulla quam, gravida non, commodo a, sodales sit amet, nisi.</w:t>
      </w:r>
    </w:p>
    <w:p w:rsidR="00415411" w:rsidRPr="00897B79" w:rsidRDefault="00B84054">
      <w:pPr>
        <w:pStyle w:val="Balk2"/>
        <w:rPr>
          <w:rFonts w:ascii="Times New Roman" w:hAnsi="Times New Roman" w:cs="Times New Roman"/>
          <w:color w:val="auto"/>
        </w:rPr>
      </w:pPr>
      <w:r w:rsidRPr="00897B79">
        <w:rPr>
          <w:rFonts w:ascii="Times New Roman" w:hAnsi="Times New Roman" w:cs="Times New Roman"/>
          <w:color w:val="auto"/>
        </w:rPr>
        <w:t>3.2 Vorgehen der Analyse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 Sed non risus. Suspendiss</w:t>
      </w:r>
      <w:r w:rsidRPr="00897B79">
        <w:rPr>
          <w:rFonts w:ascii="Times New Roman" w:hAnsi="Times New Roman" w:cs="Times New Roman"/>
        </w:rPr>
        <w:t>e lectus tortor, dignissim sit amet, adipiscing nec, ultricies sed, dolor. Cras elementum ultrices diam. Maecenas ligula massa, varius a, semper congue, euismod non, mi. Proin porttitor, orci nec nonummy molestie, enim est eleifend mi, non fermentum diam n</w:t>
      </w:r>
      <w:r w:rsidRPr="00897B79">
        <w:rPr>
          <w:rFonts w:ascii="Times New Roman" w:hAnsi="Times New Roman" w:cs="Times New Roman"/>
        </w:rPr>
        <w:t>isl sit amet erat. Duis semper. Duis arcu massa, scelerisque vitae, consequat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Praesent dapibus, neque id cursus faucibus, tortor neque egestas augue, eu vulputate magna eros eu erat. Aliquam erat volutpat. Nam dui </w:t>
      </w:r>
      <w:r w:rsidRPr="00897B79">
        <w:rPr>
          <w:rFonts w:ascii="Times New Roman" w:hAnsi="Times New Roman" w:cs="Times New Roman"/>
        </w:rPr>
        <w:t>mi, tincidunt quis, accumsan porttitor, facilisis luctus, metus. Phasellus ultrices nulla quis nibh. Quisque a lectus. Donec consectetuer ligula vulputate sem tristique cursus. Nam nulla quam, gravida non, commodo a, sodales sit amet, nisi.</w:t>
      </w:r>
    </w:p>
    <w:p w:rsidR="00415411" w:rsidRPr="00897B79" w:rsidRDefault="00B84054">
      <w:pPr>
        <w:pStyle w:val="Balk1"/>
        <w:rPr>
          <w:rFonts w:ascii="Times New Roman" w:hAnsi="Times New Roman" w:cs="Times New Roman"/>
          <w:color w:val="auto"/>
          <w:lang w:val="de-DE"/>
        </w:rPr>
      </w:pPr>
      <w:r w:rsidRPr="00897B79">
        <w:rPr>
          <w:rFonts w:ascii="Times New Roman" w:hAnsi="Times New Roman" w:cs="Times New Roman"/>
          <w:color w:val="auto"/>
          <w:lang w:val="de-DE"/>
        </w:rPr>
        <w:t>4. Ergebnisse /</w:t>
      </w:r>
      <w:r w:rsidRPr="00897B79">
        <w:rPr>
          <w:rFonts w:ascii="Times New Roman" w:hAnsi="Times New Roman" w:cs="Times New Roman"/>
          <w:color w:val="auto"/>
          <w:lang w:val="de-DE"/>
        </w:rPr>
        <w:t xml:space="preserve"> Analyse</w:t>
      </w:r>
    </w:p>
    <w:p w:rsidR="00415411" w:rsidRPr="00897B79" w:rsidRDefault="00B84054">
      <w:pPr>
        <w:ind w:firstLine="425"/>
        <w:rPr>
          <w:rFonts w:ascii="Times New Roman" w:hAnsi="Times New Roman" w:cs="Times New Roman"/>
        </w:rPr>
      </w:pPr>
      <w:proofErr w:type="spellStart"/>
      <w:r w:rsidRPr="00897B79">
        <w:rPr>
          <w:rFonts w:ascii="Times New Roman" w:hAnsi="Times New Roman" w:cs="Times New Roman"/>
          <w:lang w:val="de-DE"/>
        </w:rPr>
        <w:t>Pellentesque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fermentum</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dolor</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rPr>
        <w:t>Aliquam</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quam</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lectus</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facilisis</w:t>
      </w:r>
      <w:proofErr w:type="spellEnd"/>
      <w:r w:rsidRPr="00897B79">
        <w:rPr>
          <w:rFonts w:ascii="Times New Roman" w:hAnsi="Times New Roman" w:cs="Times New Roman"/>
        </w:rPr>
        <w:t xml:space="preserve"> auctor, ultrices ut, elementum vulputate, nunc. Sed adipiscing ornare risus. Morbi est est, blandit sit amet, sagittis vel, euismod vel, velit. Pellentesque egestas sem. Suspendisse comm</w:t>
      </w:r>
      <w:r w:rsidRPr="00897B79">
        <w:rPr>
          <w:rFonts w:ascii="Times New Roman" w:hAnsi="Times New Roman" w:cs="Times New Roman"/>
        </w:rPr>
        <w:t>odo ullamcorper magna. Ut aliquam sollicitudin leo. Cras iaculis ultricies nulla. Donec quis dui at dolor tempor interdum.</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 Sed non risus. Suspendisse lectus tortor, dignissim sit amet, adipiscing nec</w:t>
      </w:r>
      <w:r w:rsidRPr="00897B79">
        <w:rPr>
          <w:rFonts w:ascii="Times New Roman" w:hAnsi="Times New Roman" w:cs="Times New Roman"/>
        </w:rPr>
        <w:t>, ultricies sed, dolor. Cras elementum ultrices diam. Maecenas ligula massa, varius a, semper congue, euismod non, mi. Proin porttitor, orci nec nonummy molestie, enim est eleifend mi, non fermentum diam nisl sit amet erat. Duis semper. Duis arcu massa, sc</w:t>
      </w:r>
      <w:r w:rsidRPr="00897B79">
        <w:rPr>
          <w:rFonts w:ascii="Times New Roman" w:hAnsi="Times New Roman" w:cs="Times New Roman"/>
        </w:rPr>
        <w:t>elerisque vitae, consequat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Praesent dapibus, neque id cursus faucibus, tortor neque egestas augue, eu vulputate magna eros eu erat. Aliquam erat volutpat. Nam dui mi, tincidunt quis, accumsan porttitor, facilisis l</w:t>
      </w:r>
      <w:r w:rsidRPr="00897B79">
        <w:rPr>
          <w:rFonts w:ascii="Times New Roman" w:hAnsi="Times New Roman" w:cs="Times New Roman"/>
        </w:rPr>
        <w:t>uctus, metus. Phasellus ultrices nulla quis nibh. Quisque a lectus. Donec consectetuer ligula vulputate sem tristique cursus. Nam nulla quam, gravida non, commodo a, sodales sit amet, nisi.</w:t>
      </w:r>
    </w:p>
    <w:p w:rsidR="00415411" w:rsidRPr="00897B79" w:rsidRDefault="00B84054">
      <w:pPr>
        <w:pStyle w:val="Balk2"/>
        <w:rPr>
          <w:rFonts w:ascii="Times New Roman" w:hAnsi="Times New Roman" w:cs="Times New Roman"/>
          <w:color w:val="auto"/>
          <w:lang w:val="de-DE"/>
        </w:rPr>
      </w:pPr>
      <w:r w:rsidRPr="00897B79">
        <w:rPr>
          <w:rFonts w:ascii="Times New Roman" w:hAnsi="Times New Roman" w:cs="Times New Roman"/>
          <w:color w:val="auto"/>
          <w:lang w:val="de-DE"/>
        </w:rPr>
        <w:t>4.1 Erster Analysebereich</w:t>
      </w:r>
    </w:p>
    <w:p w:rsidR="00415411" w:rsidRPr="00897B79" w:rsidRDefault="00B84054">
      <w:pPr>
        <w:ind w:firstLine="425"/>
        <w:rPr>
          <w:rFonts w:ascii="Times New Roman" w:hAnsi="Times New Roman" w:cs="Times New Roman"/>
        </w:rPr>
      </w:pPr>
      <w:proofErr w:type="spellStart"/>
      <w:r w:rsidRPr="00897B79">
        <w:rPr>
          <w:rFonts w:ascii="Times New Roman" w:hAnsi="Times New Roman" w:cs="Times New Roman"/>
          <w:lang w:val="de-DE"/>
        </w:rPr>
        <w:t>Praesent</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dapibus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neque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id</w:t>
      </w:r>
      <w:proofErr w:type="spellEnd"/>
      <w:r w:rsidRPr="00897B79">
        <w:rPr>
          <w:rFonts w:ascii="Times New Roman" w:hAnsi="Times New Roman" w:cs="Times New Roman"/>
          <w:lang w:val="de-DE"/>
        </w:rPr>
        <w:t xml:space="preserve"> cursus </w:t>
      </w:r>
      <w:proofErr w:type="spellStart"/>
      <w:r w:rsidRPr="00897B79">
        <w:rPr>
          <w:rFonts w:ascii="Times New Roman" w:hAnsi="Times New Roman" w:cs="Times New Roman"/>
          <w:lang w:val="de-DE"/>
        </w:rPr>
        <w:t>faucib</w:t>
      </w:r>
      <w:r w:rsidRPr="00897B79">
        <w:rPr>
          <w:rFonts w:ascii="Times New Roman" w:hAnsi="Times New Roman" w:cs="Times New Roman"/>
          <w:lang w:val="de-DE"/>
        </w:rPr>
        <w:t>us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tortor</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neque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egestas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augue</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eu</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vulputate</w:t>
      </w:r>
      <w:proofErr w:type="spellEnd"/>
      <w:r w:rsidRPr="00897B79">
        <w:rPr>
          <w:rFonts w:ascii="Times New Roman" w:hAnsi="Times New Roman" w:cs="Times New Roman"/>
          <w:lang w:val="de-DE"/>
        </w:rPr>
        <w:t xml:space="preserve"> magna </w:t>
      </w:r>
      <w:proofErr w:type="spellStart"/>
      <w:r w:rsidRPr="00897B79">
        <w:rPr>
          <w:rFonts w:ascii="Times New Roman" w:hAnsi="Times New Roman" w:cs="Times New Roman"/>
          <w:lang w:val="de-DE"/>
        </w:rPr>
        <w:t>eros</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eu</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lang w:val="de-DE"/>
        </w:rPr>
        <w:t>erat</w:t>
      </w:r>
      <w:proofErr w:type="spellEnd"/>
      <w:r w:rsidRPr="00897B79">
        <w:rPr>
          <w:rFonts w:ascii="Times New Roman" w:hAnsi="Times New Roman" w:cs="Times New Roman"/>
          <w:lang w:val="de-DE"/>
        </w:rPr>
        <w:t xml:space="preserve">. </w:t>
      </w:r>
      <w:proofErr w:type="spellStart"/>
      <w:r w:rsidRPr="00897B79">
        <w:rPr>
          <w:rFonts w:ascii="Times New Roman" w:hAnsi="Times New Roman" w:cs="Times New Roman"/>
        </w:rPr>
        <w:t>Aliquam</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erat</w:t>
      </w:r>
      <w:proofErr w:type="spellEnd"/>
      <w:r w:rsidRPr="00897B79">
        <w:rPr>
          <w:rFonts w:ascii="Times New Roman" w:hAnsi="Times New Roman" w:cs="Times New Roman"/>
        </w:rPr>
        <w:t xml:space="preserve"> </w:t>
      </w:r>
      <w:proofErr w:type="spellStart"/>
      <w:r w:rsidRPr="00897B79">
        <w:rPr>
          <w:rFonts w:ascii="Times New Roman" w:hAnsi="Times New Roman" w:cs="Times New Roman"/>
        </w:rPr>
        <w:t>volutpat</w:t>
      </w:r>
      <w:proofErr w:type="spellEnd"/>
      <w:r w:rsidRPr="00897B79">
        <w:rPr>
          <w:rFonts w:ascii="Times New Roman" w:hAnsi="Times New Roman" w:cs="Times New Roman"/>
        </w:rPr>
        <w:t>. Nam dui mi, tincidunt quis, accumsan porttitor, facilisis luctus, metus. Phasellus ultrices nulla quis nibh. Quisque a lectus. Donec consectetuer ligula vulputate sem t</w:t>
      </w:r>
      <w:r w:rsidRPr="00897B79">
        <w:rPr>
          <w:rFonts w:ascii="Times New Roman" w:hAnsi="Times New Roman" w:cs="Times New Roman"/>
        </w:rPr>
        <w:t>ristique cursus. Nam nulla quam, gravida non, commodo a, sodales sit amet, nisi.</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Pellentesque fermentum dolor. Aliquam quam lectus, facilisis auctor, ultrices ut, elementum vulputate, nunc. Sed adipiscing ornare risus. Morbi est est, blandit sit amet, sagi</w:t>
      </w:r>
      <w:r w:rsidRPr="00897B79">
        <w:rPr>
          <w:rFonts w:ascii="Times New Roman" w:hAnsi="Times New Roman" w:cs="Times New Roman"/>
        </w:rPr>
        <w:t>ttis vel, euismod vel, velit. Pellentesque egestas sem. Suspendisse commodo ullamcorper magna. Ut aliquam sollicitudin leo. Cras iaculis ultricies nulla. Donec quis dui at dolor tempor interdum.</w:t>
      </w:r>
    </w:p>
    <w:p w:rsidR="00415411" w:rsidRPr="00897B79" w:rsidRDefault="00B84054">
      <w:pPr>
        <w:pStyle w:val="AbstractLabel"/>
        <w:rPr>
          <w:rFonts w:ascii="Times New Roman" w:hAnsi="Times New Roman" w:cs="Times New Roman"/>
        </w:rPr>
      </w:pPr>
      <w:r w:rsidRPr="00897B79">
        <w:rPr>
          <w:rFonts w:ascii="Times New Roman" w:hAnsi="Times New Roman" w:cs="Times New Roman"/>
        </w:rPr>
        <w:t>Tabelle 1</w:t>
      </w:r>
      <w:r w:rsidRPr="00897B79">
        <w:rPr>
          <w:rFonts w:ascii="Times New Roman" w:hAnsi="Times New Roman" w:cs="Times New Roman"/>
          <w:i/>
        </w:rPr>
        <w:t xml:space="preserve"> Beispielhafte Darstellung der Ergebnisse</w:t>
      </w:r>
    </w:p>
    <w:tbl>
      <w:tblPr>
        <w:tblStyle w:val="TabloKlavuzu"/>
        <w:tblW w:w="0" w:type="auto"/>
        <w:jc w:val="center"/>
        <w:tblLook w:val="04A0" w:firstRow="1" w:lastRow="0" w:firstColumn="1" w:lastColumn="0" w:noHBand="0" w:noVBand="1"/>
      </w:tblPr>
      <w:tblGrid>
        <w:gridCol w:w="3041"/>
        <w:gridCol w:w="3041"/>
        <w:gridCol w:w="3041"/>
      </w:tblGrid>
      <w:tr w:rsidR="00897B79" w:rsidRPr="00897B79">
        <w:trPr>
          <w:jc w:val="center"/>
        </w:trPr>
        <w:tc>
          <w:tcPr>
            <w:tcW w:w="3041" w:type="dxa"/>
            <w:vAlign w:val="center"/>
          </w:tcPr>
          <w:p w:rsidR="00415411" w:rsidRPr="00897B79" w:rsidRDefault="00B84054">
            <w:pPr>
              <w:rPr>
                <w:rFonts w:ascii="Times New Roman" w:hAnsi="Times New Roman" w:cs="Times New Roman"/>
              </w:rPr>
            </w:pPr>
            <w:r w:rsidRPr="00897B79">
              <w:rPr>
                <w:rFonts w:ascii="Times New Roman" w:hAnsi="Times New Roman" w:cs="Times New Roman"/>
                <w:b/>
              </w:rPr>
              <w:lastRenderedPageBreak/>
              <w:t>Kategorie</w:t>
            </w:r>
          </w:p>
        </w:tc>
        <w:tc>
          <w:tcPr>
            <w:tcW w:w="3041" w:type="dxa"/>
            <w:vAlign w:val="center"/>
          </w:tcPr>
          <w:p w:rsidR="00415411" w:rsidRPr="00897B79" w:rsidRDefault="00B84054">
            <w:pPr>
              <w:rPr>
                <w:rFonts w:ascii="Times New Roman" w:hAnsi="Times New Roman" w:cs="Times New Roman"/>
              </w:rPr>
            </w:pPr>
            <w:r w:rsidRPr="00897B79">
              <w:rPr>
                <w:rFonts w:ascii="Times New Roman" w:hAnsi="Times New Roman" w:cs="Times New Roman"/>
                <w:b/>
              </w:rPr>
              <w:t>n</w:t>
            </w:r>
          </w:p>
        </w:tc>
        <w:tc>
          <w:tcPr>
            <w:tcW w:w="3041" w:type="dxa"/>
            <w:vAlign w:val="center"/>
          </w:tcPr>
          <w:p w:rsidR="00415411" w:rsidRPr="00897B79" w:rsidRDefault="00B84054">
            <w:pPr>
              <w:rPr>
                <w:rFonts w:ascii="Times New Roman" w:hAnsi="Times New Roman" w:cs="Times New Roman"/>
              </w:rPr>
            </w:pPr>
            <w:r w:rsidRPr="00897B79">
              <w:rPr>
                <w:rFonts w:ascii="Times New Roman" w:hAnsi="Times New Roman" w:cs="Times New Roman"/>
                <w:b/>
              </w:rPr>
              <w:t>M</w:t>
            </w:r>
          </w:p>
        </w:tc>
      </w:tr>
      <w:tr w:rsidR="00897B79" w:rsidRPr="00897B79">
        <w:trPr>
          <w:jc w:val="center"/>
        </w:trPr>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Lorem ipsum</w:t>
            </w:r>
          </w:p>
        </w:tc>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24</w:t>
            </w:r>
          </w:p>
        </w:tc>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3,42</w:t>
            </w:r>
          </w:p>
        </w:tc>
      </w:tr>
      <w:tr w:rsidR="00897B79" w:rsidRPr="00897B79">
        <w:trPr>
          <w:jc w:val="center"/>
        </w:trPr>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 xml:space="preserve">Dolor sit </w:t>
            </w:r>
            <w:proofErr w:type="spellStart"/>
            <w:r w:rsidRPr="00897B79">
              <w:rPr>
                <w:rFonts w:ascii="Times New Roman" w:hAnsi="Times New Roman" w:cs="Times New Roman"/>
              </w:rPr>
              <w:t>amet</w:t>
            </w:r>
            <w:proofErr w:type="spellEnd"/>
          </w:p>
        </w:tc>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31</w:t>
            </w:r>
          </w:p>
        </w:tc>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3,87</w:t>
            </w:r>
          </w:p>
        </w:tc>
      </w:tr>
      <w:tr w:rsidR="00897B79" w:rsidRPr="00897B79">
        <w:trPr>
          <w:jc w:val="center"/>
        </w:trPr>
        <w:tc>
          <w:tcPr>
            <w:tcW w:w="3041" w:type="dxa"/>
          </w:tcPr>
          <w:p w:rsidR="00415411" w:rsidRPr="00897B79" w:rsidRDefault="00B84054">
            <w:pPr>
              <w:rPr>
                <w:rFonts w:ascii="Times New Roman" w:hAnsi="Times New Roman" w:cs="Times New Roman"/>
              </w:rPr>
            </w:pPr>
            <w:proofErr w:type="spellStart"/>
            <w:r w:rsidRPr="00897B79">
              <w:rPr>
                <w:rFonts w:ascii="Times New Roman" w:hAnsi="Times New Roman" w:cs="Times New Roman"/>
              </w:rPr>
              <w:t>Consectetur</w:t>
            </w:r>
            <w:proofErr w:type="spellEnd"/>
          </w:p>
        </w:tc>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18</w:t>
            </w:r>
          </w:p>
        </w:tc>
        <w:tc>
          <w:tcPr>
            <w:tcW w:w="3041" w:type="dxa"/>
          </w:tcPr>
          <w:p w:rsidR="00415411" w:rsidRPr="00897B79" w:rsidRDefault="00B84054">
            <w:pPr>
              <w:rPr>
                <w:rFonts w:ascii="Times New Roman" w:hAnsi="Times New Roman" w:cs="Times New Roman"/>
              </w:rPr>
            </w:pPr>
            <w:r w:rsidRPr="00897B79">
              <w:rPr>
                <w:rFonts w:ascii="Times New Roman" w:hAnsi="Times New Roman" w:cs="Times New Roman"/>
              </w:rPr>
              <w:t>4,01</w:t>
            </w:r>
          </w:p>
        </w:tc>
      </w:tr>
    </w:tbl>
    <w:p w:rsidR="00415411" w:rsidRPr="00897B79" w:rsidRDefault="00B84054">
      <w:pPr>
        <w:rPr>
          <w:rFonts w:ascii="Times New Roman" w:hAnsi="Times New Roman" w:cs="Times New Roman"/>
        </w:rPr>
      </w:pPr>
      <w:proofErr w:type="spellStart"/>
      <w:r w:rsidRPr="00897B79">
        <w:rPr>
          <w:rFonts w:ascii="Times New Roman" w:hAnsi="Times New Roman" w:cs="Times New Roman"/>
          <w:i/>
        </w:rPr>
        <w:t>Anmerkung</w:t>
      </w:r>
      <w:proofErr w:type="spellEnd"/>
      <w:r w:rsidRPr="00897B79">
        <w:rPr>
          <w:rFonts w:ascii="Times New Roman" w:hAnsi="Times New Roman" w:cs="Times New Roman"/>
          <w:i/>
        </w:rPr>
        <w:t>. Lorem ipsum dolor sit amet, consectetur adipiscing elit.</w:t>
      </w:r>
    </w:p>
    <w:p w:rsidR="00415411" w:rsidRPr="00897B79" w:rsidRDefault="00B84054">
      <w:pPr>
        <w:pStyle w:val="Balk2"/>
        <w:rPr>
          <w:rFonts w:ascii="Times New Roman" w:hAnsi="Times New Roman" w:cs="Times New Roman"/>
          <w:color w:val="auto"/>
        </w:rPr>
      </w:pPr>
      <w:r w:rsidRPr="00897B79">
        <w:rPr>
          <w:rFonts w:ascii="Times New Roman" w:hAnsi="Times New Roman" w:cs="Times New Roman"/>
          <w:color w:val="auto"/>
        </w:rPr>
        <w:t>4.2 Zweiter Analysebereich</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 Sed non risus. Suspendisse lectus</w:t>
      </w:r>
      <w:r w:rsidRPr="00897B79">
        <w:rPr>
          <w:rFonts w:ascii="Times New Roman" w:hAnsi="Times New Roman" w:cs="Times New Roman"/>
        </w:rPr>
        <w:t xml:space="preserve"> tortor, dignissim sit amet, adipiscing nec, ultricies sed, dolor. Cras elementum ultrices diam. Maecenas ligula massa, varius a, semper congue, euismod non, mi. Proin porttitor, orci nec nonummy molestie, enim est eleifend mi, non fermentum diam nisl sit </w:t>
      </w:r>
      <w:r w:rsidRPr="00897B79">
        <w:rPr>
          <w:rFonts w:ascii="Times New Roman" w:hAnsi="Times New Roman" w:cs="Times New Roman"/>
        </w:rPr>
        <w:t>amet erat. Duis semper. Duis arcu massa, scelerisque vitae, consequat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Pellentesque fermentum dolor. Aliquam quam lectus, facilisis auctor, ultrices ut, elementum vulputate, nunc. Sed adipiscing ornare risus. Morbi </w:t>
      </w:r>
      <w:r w:rsidRPr="00897B79">
        <w:rPr>
          <w:rFonts w:ascii="Times New Roman" w:hAnsi="Times New Roman" w:cs="Times New Roman"/>
        </w:rPr>
        <w:t>est est, blandit sit amet, sagittis vel, euismod vel, velit. Pellentesque egestas sem. Suspendisse commodo ullamcorper magna. Ut aliquam sollicitudin leo. Cras iaculis ultricies nulla. Donec quis dui at dolor tempor interdum.</w:t>
      </w:r>
    </w:p>
    <w:p w:rsidR="00415411" w:rsidRPr="00897B79" w:rsidRDefault="00B84054">
      <w:pPr>
        <w:pStyle w:val="Balk1"/>
        <w:rPr>
          <w:rFonts w:ascii="Times New Roman" w:hAnsi="Times New Roman" w:cs="Times New Roman"/>
          <w:color w:val="auto"/>
        </w:rPr>
      </w:pPr>
      <w:r w:rsidRPr="00897B79">
        <w:rPr>
          <w:rFonts w:ascii="Times New Roman" w:hAnsi="Times New Roman" w:cs="Times New Roman"/>
          <w:color w:val="auto"/>
        </w:rPr>
        <w:t>5. Diskussion</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Praesent dapibus</w:t>
      </w:r>
      <w:r w:rsidRPr="00897B79">
        <w:rPr>
          <w:rFonts w:ascii="Times New Roman" w:hAnsi="Times New Roman" w:cs="Times New Roman"/>
        </w:rPr>
        <w:t>, neque id cursus faucibus, tortor neque egestas augue, eu vulputate magna eros eu erat. Aliquam erat volutpat. Nam dui mi, tincidunt quis, accumsan porttitor, facilisis luctus, metus. Phasellus ultrices nulla quis nibh. Quisque a lectus. Donec consectetue</w:t>
      </w:r>
      <w:r w:rsidRPr="00897B79">
        <w:rPr>
          <w:rFonts w:ascii="Times New Roman" w:hAnsi="Times New Roman" w:cs="Times New Roman"/>
        </w:rPr>
        <w:t>r ligula vulputate sem tristique cursus. Nam nulla quam, gravida non, commodo a, sodales sit amet, nisi.</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 Sed non risus. Suspendisse lectus tortor, dignissim sit amet, adipiscing nec, ultricies sed, d</w:t>
      </w:r>
      <w:r w:rsidRPr="00897B79">
        <w:rPr>
          <w:rFonts w:ascii="Times New Roman" w:hAnsi="Times New Roman" w:cs="Times New Roman"/>
        </w:rPr>
        <w:t>olor. Cras elementum ultrices diam. Maecenas ligula massa, varius a, semper congue, euismod non, mi. Proin porttitor, orci nec nonummy molestie, enim est eleifend mi, non fermentum diam nisl sit amet erat. Duis semper. Duis arcu massa, scelerisque vitae, c</w:t>
      </w:r>
      <w:r w:rsidRPr="00897B79">
        <w:rPr>
          <w:rFonts w:ascii="Times New Roman" w:hAnsi="Times New Roman" w:cs="Times New Roman"/>
        </w:rPr>
        <w:t>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Pellentesque fermentum dolor. Aliquam quam lectus, facilisis auctor, ultrices ut, elementum vulputate, nunc. Sed adipiscing ornare risus. Morbi est est, blandit sit amet, sagittis vel, euismod vel, velit. </w:t>
      </w:r>
      <w:r w:rsidRPr="00897B79">
        <w:rPr>
          <w:rFonts w:ascii="Times New Roman" w:hAnsi="Times New Roman" w:cs="Times New Roman"/>
        </w:rPr>
        <w:t>Pellentesque egestas sem. Suspendisse commodo ullamcorper magna. Ut aliquam sollicitudin leo. Cras iaculis ultricies nulla. Donec quis dui at dolor tempor interdum.</w:t>
      </w:r>
    </w:p>
    <w:p w:rsidR="00415411" w:rsidRPr="00897B79" w:rsidRDefault="00B84054">
      <w:pPr>
        <w:pStyle w:val="Balk1"/>
        <w:rPr>
          <w:rFonts w:ascii="Times New Roman" w:hAnsi="Times New Roman" w:cs="Times New Roman"/>
          <w:color w:val="auto"/>
        </w:rPr>
      </w:pPr>
      <w:r w:rsidRPr="00897B79">
        <w:rPr>
          <w:rFonts w:ascii="Times New Roman" w:hAnsi="Times New Roman" w:cs="Times New Roman"/>
          <w:color w:val="auto"/>
        </w:rPr>
        <w:t>6. Schlussfolgerungen</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Pellentesque fermentum dolor. Aliquam quam lectus, facilisis auctor, </w:t>
      </w:r>
      <w:r w:rsidRPr="00897B79">
        <w:rPr>
          <w:rFonts w:ascii="Times New Roman" w:hAnsi="Times New Roman" w:cs="Times New Roman"/>
        </w:rPr>
        <w:t>ultrices ut, elementum vulputate, nunc. Sed adipiscing ornare risus. Morbi est est, blandit sit amet, sagittis vel, euismod vel, velit. Pellentesque egestas sem. Suspendisse commodo ullamcorper magna. Ut aliquam sollicitudin leo. Cras iaculis ultricies nul</w:t>
      </w:r>
      <w:r w:rsidRPr="00897B79">
        <w:rPr>
          <w:rFonts w:ascii="Times New Roman" w:hAnsi="Times New Roman" w:cs="Times New Roman"/>
        </w:rPr>
        <w:t>la. Donec quis dui at dolor tempor interdum.</w:t>
      </w:r>
    </w:p>
    <w:p w:rsidR="00415411" w:rsidRPr="00897B79" w:rsidRDefault="00B84054">
      <w:pPr>
        <w:ind w:firstLine="425"/>
        <w:rPr>
          <w:rFonts w:ascii="Times New Roman" w:hAnsi="Times New Roman" w:cs="Times New Roman"/>
        </w:rPr>
      </w:pPr>
      <w:r w:rsidRPr="00897B79">
        <w:rPr>
          <w:rFonts w:ascii="Times New Roman" w:hAnsi="Times New Roman" w:cs="Times New Roman"/>
        </w:rPr>
        <w:t xml:space="preserve">Praesent dapibus, neque id cursus faucibus, tortor neque egestas augue, eu vulputate magna eros eu erat. Aliquam erat volutpat. Nam dui mi, tincidunt quis, accumsan porttitor, facilisis luctus, metus. </w:t>
      </w:r>
      <w:r w:rsidRPr="00897B79">
        <w:rPr>
          <w:rFonts w:ascii="Times New Roman" w:hAnsi="Times New Roman" w:cs="Times New Roman"/>
        </w:rPr>
        <w:lastRenderedPageBreak/>
        <w:t xml:space="preserve">Phasellus </w:t>
      </w:r>
      <w:r w:rsidRPr="00897B79">
        <w:rPr>
          <w:rFonts w:ascii="Times New Roman" w:hAnsi="Times New Roman" w:cs="Times New Roman"/>
        </w:rPr>
        <w:t>ultrices nulla quis nibh. Quisque a lectus. Donec consectetuer ligula vulputate sem tristique cursus. Nam nulla quam, gravida non, commodo a, sodales sit amet, nisi.</w:t>
      </w:r>
    </w:p>
    <w:p w:rsidR="00415411" w:rsidRPr="00897B79" w:rsidRDefault="00B84054">
      <w:pPr>
        <w:pStyle w:val="Balk2"/>
        <w:rPr>
          <w:rFonts w:ascii="Times New Roman" w:hAnsi="Times New Roman" w:cs="Times New Roman"/>
          <w:color w:val="auto"/>
        </w:rPr>
      </w:pPr>
      <w:r w:rsidRPr="00897B79">
        <w:rPr>
          <w:rFonts w:ascii="Times New Roman" w:hAnsi="Times New Roman" w:cs="Times New Roman"/>
          <w:color w:val="auto"/>
        </w:rPr>
        <w:t>6.1 Limitationen und Ausblick</w:t>
      </w:r>
    </w:p>
    <w:p w:rsidR="00415411" w:rsidRPr="00897B79" w:rsidRDefault="00B84054">
      <w:pPr>
        <w:ind w:firstLine="425"/>
        <w:rPr>
          <w:rFonts w:ascii="Times New Roman" w:hAnsi="Times New Roman" w:cs="Times New Roman"/>
        </w:rPr>
      </w:pPr>
      <w:r w:rsidRPr="00897B79">
        <w:rPr>
          <w:rFonts w:ascii="Times New Roman" w:hAnsi="Times New Roman" w:cs="Times New Roman"/>
        </w:rPr>
        <w:t>Lorem ipsum dolor sit amet, consectetur adipiscing elit. Sed</w:t>
      </w:r>
      <w:r w:rsidRPr="00897B79">
        <w:rPr>
          <w:rFonts w:ascii="Times New Roman" w:hAnsi="Times New Roman" w:cs="Times New Roman"/>
        </w:rPr>
        <w:t xml:space="preserve"> non risus. Suspendisse lectus tortor, dignissim sit amet, adipiscing nec, ultricies sed, dolor. Cras elementum ultrices diam. Maecenas ligula massa, varius a, semper congue, euismod non, mi. Proin porttitor, orci nec nonummy molestie, enim est eleifend mi</w:t>
      </w:r>
      <w:r w:rsidRPr="00897B79">
        <w:rPr>
          <w:rFonts w:ascii="Times New Roman" w:hAnsi="Times New Roman" w:cs="Times New Roman"/>
        </w:rPr>
        <w:t>, non fermentum diam nisl sit amet erat. Duis semper. Duis arcu massa, scelerisque vitae, consequat in, pretium a, enim. Pellentesque congue.</w:t>
      </w:r>
    </w:p>
    <w:p w:rsidR="00415411" w:rsidRPr="00897B79" w:rsidRDefault="00B84054">
      <w:pPr>
        <w:ind w:firstLine="425"/>
        <w:rPr>
          <w:rFonts w:ascii="Times New Roman" w:hAnsi="Times New Roman" w:cs="Times New Roman"/>
        </w:rPr>
      </w:pPr>
      <w:r w:rsidRPr="00897B79">
        <w:rPr>
          <w:rFonts w:ascii="Times New Roman" w:hAnsi="Times New Roman" w:cs="Times New Roman"/>
        </w:rPr>
        <w:t>Praesent dapibus, neque id cursus faucibus, tortor neque egestas augue, eu vulputate magna eros eu erat. Aliquam e</w:t>
      </w:r>
      <w:r w:rsidRPr="00897B79">
        <w:rPr>
          <w:rFonts w:ascii="Times New Roman" w:hAnsi="Times New Roman" w:cs="Times New Roman"/>
        </w:rPr>
        <w:t>rat volutpat. Nam dui mi, tincidunt quis, accumsan porttitor, facilisis luctus, metus. Phasellus ultrices nulla quis nibh. Quisque a lectus. Donec consectetuer ligula vulputate sem tristique cursus. Nam nulla quam, gravida non, commodo a, sodales sit amet,</w:t>
      </w:r>
      <w:r w:rsidRPr="00897B79">
        <w:rPr>
          <w:rFonts w:ascii="Times New Roman" w:hAnsi="Times New Roman" w:cs="Times New Roman"/>
        </w:rPr>
        <w:t xml:space="preserve"> nisi.</w:t>
      </w:r>
    </w:p>
    <w:p w:rsidR="00415411" w:rsidRPr="00897B79" w:rsidRDefault="00B84054">
      <w:pPr>
        <w:pStyle w:val="Balk1"/>
        <w:rPr>
          <w:rFonts w:ascii="Times New Roman" w:hAnsi="Times New Roman" w:cs="Times New Roman"/>
          <w:color w:val="auto"/>
          <w:lang w:val="de-DE"/>
        </w:rPr>
      </w:pPr>
      <w:r w:rsidRPr="00897B79">
        <w:rPr>
          <w:rFonts w:ascii="Times New Roman" w:hAnsi="Times New Roman" w:cs="Times New Roman"/>
          <w:color w:val="auto"/>
          <w:lang w:val="de-DE"/>
        </w:rPr>
        <w:t>Literaturverzeichnis</w:t>
      </w:r>
    </w:p>
    <w:p w:rsidR="00415411" w:rsidRPr="00897B79" w:rsidRDefault="00B84054">
      <w:pPr>
        <w:ind w:left="425" w:hanging="425"/>
        <w:rPr>
          <w:rFonts w:ascii="Times New Roman" w:hAnsi="Times New Roman" w:cs="Times New Roman"/>
          <w:lang w:val="de-DE"/>
        </w:rPr>
      </w:pPr>
      <w:r w:rsidRPr="00897B79">
        <w:rPr>
          <w:rFonts w:ascii="Times New Roman" w:hAnsi="Times New Roman" w:cs="Times New Roman"/>
          <w:lang w:val="de-DE"/>
        </w:rPr>
        <w:t>Muster, A. A., &amp; Beispiel, B. B. (2024). Titel eines Beispielartikels. Zeitschrift für Beispielstudien, 12(3), 101–118. https://doi.org/10.0000/beispiel.2024.001</w:t>
      </w:r>
    </w:p>
    <w:p w:rsidR="00415411" w:rsidRPr="00897B79" w:rsidRDefault="00B84054">
      <w:pPr>
        <w:ind w:left="425" w:hanging="425"/>
        <w:rPr>
          <w:rFonts w:ascii="Times New Roman" w:hAnsi="Times New Roman" w:cs="Times New Roman"/>
          <w:lang w:val="de-DE"/>
        </w:rPr>
      </w:pPr>
      <w:r w:rsidRPr="00897B79">
        <w:rPr>
          <w:rFonts w:ascii="Times New Roman" w:hAnsi="Times New Roman" w:cs="Times New Roman"/>
          <w:lang w:val="de-DE"/>
        </w:rPr>
        <w:t>Nachname, C. C. (2023). Titel einer Beispielmonografie. Beispielve</w:t>
      </w:r>
      <w:r w:rsidRPr="00897B79">
        <w:rPr>
          <w:rFonts w:ascii="Times New Roman" w:hAnsi="Times New Roman" w:cs="Times New Roman"/>
          <w:lang w:val="de-DE"/>
        </w:rPr>
        <w:t>rlag.</w:t>
      </w:r>
    </w:p>
    <w:p w:rsidR="00415411" w:rsidRPr="00897B79" w:rsidRDefault="00B84054">
      <w:pPr>
        <w:ind w:left="425" w:hanging="425"/>
        <w:rPr>
          <w:rFonts w:ascii="Times New Roman" w:hAnsi="Times New Roman" w:cs="Times New Roman"/>
          <w:lang w:val="de-DE"/>
        </w:rPr>
      </w:pPr>
      <w:r w:rsidRPr="00897B79">
        <w:rPr>
          <w:rFonts w:ascii="Times New Roman" w:hAnsi="Times New Roman" w:cs="Times New Roman"/>
          <w:lang w:val="de-DE"/>
        </w:rPr>
        <w:t>Autor, D. D. (2025). Titel eines Beispielbeitrags. In E. E. Herausgeber &amp; F. F. Herausgeber (Hrsg.), Titel des Beispielbandes (S. 45–67). Musterverlag. https://doi.org/10.0000/beispiel.2025.002</w:t>
      </w:r>
    </w:p>
    <w:p w:rsidR="00415411" w:rsidRPr="00897B79" w:rsidRDefault="00B84054">
      <w:pPr>
        <w:spacing w:before="320"/>
        <w:rPr>
          <w:rFonts w:ascii="Times New Roman" w:hAnsi="Times New Roman" w:cs="Times New Roman"/>
          <w:lang w:val="de-DE"/>
        </w:rPr>
      </w:pPr>
      <w:r w:rsidRPr="00897B79">
        <w:rPr>
          <w:rFonts w:ascii="Times New Roman" w:hAnsi="Times New Roman" w:cs="Times New Roman"/>
          <w:i/>
          <w:sz w:val="16"/>
          <w:lang w:val="de-DE"/>
        </w:rPr>
        <w:t xml:space="preserve">Vorlage: Platzhaltertexte und Beispieldaten vollständig </w:t>
      </w:r>
      <w:r w:rsidRPr="00897B79">
        <w:rPr>
          <w:rFonts w:ascii="Times New Roman" w:hAnsi="Times New Roman" w:cs="Times New Roman"/>
          <w:i/>
          <w:sz w:val="16"/>
          <w:lang w:val="de-DE"/>
        </w:rPr>
        <w:t>durch den eigenen Beitrag ersetzen.</w:t>
      </w:r>
    </w:p>
    <w:sectPr w:rsidR="00415411" w:rsidRPr="00897B79" w:rsidSect="00034616">
      <w:headerReference w:type="default" r:id="rId8"/>
      <w:footerReference w:type="default" r:id="rId9"/>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4054" w:rsidRDefault="00B84054">
      <w:pPr>
        <w:spacing w:after="0" w:line="240" w:lineRule="auto"/>
        <w:rPr>
          <w:rFonts w:hint="eastAsia"/>
        </w:rPr>
      </w:pPr>
      <w:r>
        <w:separator/>
      </w:r>
    </w:p>
  </w:endnote>
  <w:endnote w:type="continuationSeparator" w:id="0">
    <w:p w:rsidR="00B84054" w:rsidRDefault="00B8405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411" w:rsidRPr="00897B79" w:rsidRDefault="00B84054">
    <w:pPr>
      <w:pStyle w:val="AltBilgi"/>
      <w:jc w:val="center"/>
      <w:rPr>
        <w:rFonts w:hint="eastAsia"/>
        <w:lang w:val="de-DE"/>
      </w:rPr>
    </w:pPr>
    <w:r w:rsidRPr="00897B79">
      <w:rPr>
        <w:sz w:val="16"/>
        <w:lang w:val="de-DE"/>
      </w:rPr>
      <w:t>Deutschdidaktik neu konturiert: Zugänge zu Sprache, Literatur, K</w:t>
    </w:r>
    <w:r w:rsidRPr="00897B79">
      <w:rPr>
        <w:sz w:val="16"/>
        <w:lang w:val="de-DE"/>
      </w:rPr>
      <w:t>ultur und Vermittlung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4054" w:rsidRDefault="00B84054">
      <w:pPr>
        <w:spacing w:after="0" w:line="240" w:lineRule="auto"/>
        <w:rPr>
          <w:rFonts w:hint="eastAsia"/>
        </w:rPr>
      </w:pPr>
      <w:r>
        <w:separator/>
      </w:r>
    </w:p>
  </w:footnote>
  <w:footnote w:type="continuationSeparator" w:id="0">
    <w:p w:rsidR="00B84054" w:rsidRDefault="00B84054">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411" w:rsidRPr="00897B79" w:rsidRDefault="00B84054">
    <w:pPr>
      <w:pStyle w:val="stBilgi"/>
      <w:jc w:val="center"/>
      <w:rPr>
        <w:rFonts w:hint="eastAsia"/>
        <w:lang w:val="de-DE"/>
      </w:rPr>
    </w:pPr>
    <w:r w:rsidRPr="00897B79">
      <w:rPr>
        <w:i/>
        <w:sz w:val="16"/>
        <w:lang w:val="de-DE"/>
      </w:rPr>
      <w:t>Deutschdidaktik neu konturiert: Zugänge zu Sprache, Literatur, Kultur und Vermittlung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5411"/>
    <w:rsid w:val="00897B79"/>
    <w:rsid w:val="00AA1D8D"/>
    <w:rsid w:val="00B47730"/>
    <w:rsid w:val="00B840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361ED9"/>
  <w14:defaultImageDpi w14:val="300"/>
  <w15:docId w15:val="{3D30C182-99D7-4A37-82AD-1BED67D0A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jc w:val="both"/>
    </w:pPr>
    <w:rPr>
      <w:rFonts w:ascii="Aptos" w:hAnsi="Aptos"/>
    </w:rPr>
  </w:style>
  <w:style w:type="paragraph" w:styleId="Balk1">
    <w:name w:val="heading 1"/>
    <w:basedOn w:val="Normal"/>
    <w:next w:val="Normal"/>
    <w:link w:val="Balk1Char"/>
    <w:uiPriority w:val="9"/>
    <w:qFormat/>
    <w:rsid w:val="00FC693F"/>
    <w:pPr>
      <w:keepNext/>
      <w:keepLines/>
      <w:spacing w:before="280"/>
      <w:outlineLvl w:val="0"/>
    </w:pPr>
    <w:rPr>
      <w:rFonts w:asciiTheme="majorHAnsi" w:eastAsiaTheme="majorEastAsia" w:hAnsiTheme="majorHAnsi" w:cstheme="majorBidi"/>
      <w:b/>
      <w:bCs/>
      <w:color w:val="365F91" w:themeColor="accent1" w:themeShade="BF"/>
      <w:sz w:val="26"/>
      <w:szCs w:val="28"/>
    </w:rPr>
  </w:style>
  <w:style w:type="paragraph" w:styleId="Balk2">
    <w:name w:val="heading 2"/>
    <w:basedOn w:val="Normal"/>
    <w:next w:val="Normal"/>
    <w:link w:val="Balk2Char"/>
    <w:uiPriority w:val="9"/>
    <w:unhideWhenUsed/>
    <w:qFormat/>
    <w:rsid w:val="00FC693F"/>
    <w:pPr>
      <w:keepNext/>
      <w:keepLines/>
      <w:spacing w:before="200" w:after="80"/>
      <w:outlineLvl w:val="1"/>
    </w:pPr>
    <w:rPr>
      <w:rFonts w:asciiTheme="majorHAnsi" w:eastAsiaTheme="majorEastAsia" w:hAnsiTheme="majorHAnsi" w:cstheme="majorBidi"/>
      <w:b/>
      <w:bCs/>
      <w:color w:val="4F81BD" w:themeColor="accent1"/>
      <w:sz w:val="23"/>
      <w:szCs w:val="26"/>
    </w:rPr>
  </w:style>
  <w:style w:type="paragraph" w:styleId="Balk3">
    <w:name w:val="heading 3"/>
    <w:basedOn w:val="Normal"/>
    <w:next w:val="Normal"/>
    <w:link w:val="Balk3Char"/>
    <w:uiPriority w:val="9"/>
    <w:unhideWhenUsed/>
    <w:qFormat/>
    <w:rsid w:val="00FC693F"/>
    <w:pPr>
      <w:keepNext/>
      <w:keepLines/>
      <w:spacing w:before="160" w:after="6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240" w:line="240" w:lineRule="auto"/>
      <w:contextualSpacing/>
      <w:jc w:val="center"/>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spacing w:after="200"/>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40"/>
      <w:jc w:val="center"/>
    </w:pPr>
    <w:rPr>
      <w:rFonts w:ascii="Aptos" w:hAnsi="Aptos"/>
      <w:sz w:val="20"/>
    </w:rPr>
  </w:style>
  <w:style w:type="paragraph" w:customStyle="1" w:styleId="AbstractLabel">
    <w:name w:val="AbstractLabel"/>
    <w:pPr>
      <w:spacing w:before="160" w:after="60"/>
    </w:pPr>
    <w:rPr>
      <w:rFonts w:ascii="Aptos" w:hAnsi="Aptos"/>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093A5-A2BA-4660-9EE7-AA23F00AA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2097</Words>
  <Characters>11956</Characters>
  <Application>Microsoft Office Word</Application>
  <DocSecurity>0</DocSecurity>
  <Lines>99</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Deutschdidaktik neu konturiert – Beitragsvorlage</vt:lpstr>
      <vt:lpstr/>
    </vt:vector>
  </TitlesOfParts>
  <Manager/>
  <Company/>
  <LinksUpToDate>false</LinksUpToDate>
  <CharactersWithSpaces>14025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Deutschdidaktik neu konturiert – Beitragsvorlage</dc:title>
  <dc:subject>Beitragsvorlage für wissenschaftliche Buchkapitel</dc:subject>
  <dc:creator>Herausgeber</dc:creator>
  <cp:keywords>Deutschdidaktik, Buchkapitel, APA 7, BKCI</cp:keywords>
  <dc:description>generated by python-docx</dc:description>
  <cp:lastModifiedBy>Bora BAŞARAN</cp:lastModifiedBy>
  <cp:revision>3</cp:revision>
  <dcterms:created xsi:type="dcterms:W3CDTF">2013-12-23T23:15:00Z</dcterms:created>
  <dcterms:modified xsi:type="dcterms:W3CDTF">2026-09-09T08:42:00Z</dcterms:modified>
  <cp:category/>
</cp:coreProperties>
</file>